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520504"/>
            <wp:docPr id="1" name="Picture 1"/>
            <wp:cNvGraphicFramePr>
              <a:graphicFrameLocks noChangeAspect="1"/>
            </wp:cNvGraphicFramePr>
            <a:graphic>
              <a:graphicData uri="http://schemas.openxmlformats.org/drawingml/2006/picture">
                <pic:pic>
                  <pic:nvPicPr>
                    <pic:cNvPr id="0" name="EDM Logo Sep 1, 2026, 12_22_26 AM.png"/>
                    <pic:cNvPicPr/>
                  </pic:nvPicPr>
                  <pic:blipFill>
                    <a:blip r:embed="rId10"/>
                    <a:srcRect l="12000" r="10000" t="32000" b="31000"/>
                    <a:stretch>
                      <a:fillRect/>
                    </a:stretch>
                  </pic:blipFill>
                  <pic:spPr>
                    <a:xfrm>
                      <a:off x="0" y="0"/>
                      <a:ext cx="1645920" cy="520504"/>
                    </a:xfrm>
                    <a:prstGeom prst="rect"/>
                  </pic:spPr>
                </pic:pic>
              </a:graphicData>
            </a:graphic>
          </wp:inline>
        </w:drawing>
      </w:r>
    </w:p>
    <w:p>
      <w:pPr>
        <w:pStyle w:val="Title"/>
        <w:spacing w:after="200"/>
      </w:pPr>
      <w:r>
        <w:t>Client Services Agreement</w:t>
      </w:r>
    </w:p>
    <w:p>
      <w:pPr>
        <w:pStyle w:val="Subtitle"/>
      </w:pPr>
      <w:r>
        <w:t>EDM Overhaulers</w:t>
      </w:r>
    </w:p>
    <w:p>
      <w:r>
        <w:t>Editable adaptation draft • September 15, 2026 • Not adopted or executed</w:t>
      </w:r>
    </w:p>
    <w:p>
      <w:r>
        <w:t>EDM’s trailer repair and refurbishment work connects customer approvals, parts, hands-on work and the care of vehicles held for a job. Keep the scope, photographs, costs and completion evidence together in the job folder.</w:t>
      </w:r>
    </w:p>
    <w:p>
      <w:r>
        <w:t>In this draft, “Company” means EDM Overhaulers.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1 Parties</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Company</w:t>
            </w:r>
          </w:p>
        </w:tc>
        <w:tc>
          <w:tcPr>
            <w:tcW w:type="dxa" w:w="5112"/>
            <w:shd w:fill="E8EEF3"/>
            <w:tcBorders>
              <w:top w:val="single" w:sz="4" w:color="D9D9D9"/>
              <w:left w:val="single" w:sz="4" w:color="D9D9D9"/>
              <w:bottom w:val="single" w:sz="4" w:color="D9D9D9"/>
              <w:right w:val="single" w:sz="4" w:color="D9D9D9"/>
            </w:tcBorders>
          </w:tcPr>
          <w:p>
            <w:r>
              <w:rPr>
                <w:b/>
              </w:rPr>
              <w:t>Client</w:t>
            </w:r>
          </w:p>
        </w:tc>
      </w:tr>
      <w:tr>
        <w:tc>
          <w:tcPr>
            <w:tcW w:type="dxa" w:w="5112"/>
            <w:tcBorders>
              <w:top w:val="single" w:sz="4" w:color="D9D9D9"/>
              <w:left w:val="single" w:sz="4" w:color="D9D9D9"/>
              <w:bottom w:val="single" w:sz="4" w:color="D9D9D9"/>
              <w:right w:val="single" w:sz="4" w:color="D9D9D9"/>
            </w:tcBorders>
          </w:tcPr>
          <w:p>
            <w:r>
              <w:t>EDM Overhaulers</w:t>
              <w:br/>
              <w:t>[Business address]</w:t>
            </w:r>
          </w:p>
        </w:tc>
        <w:tc>
          <w:tcPr>
            <w:tcW w:type="dxa" w:w="5112"/>
            <w:tcBorders>
              <w:top w:val="single" w:sz="4" w:color="D9D9D9"/>
              <w:left w:val="single" w:sz="4" w:color="D9D9D9"/>
              <w:bottom w:val="single" w:sz="4" w:color="D9D9D9"/>
              <w:right w:val="single" w:sz="4" w:color="D9D9D9"/>
            </w:tcBorders>
          </w:tcPr>
          <w:p>
            <w:r>
              <w:t>Legal name:</w:t>
              <w:br/>
              <w:t>Entity type/state:</w:t>
              <w:br/>
              <w:t>Address:</w:t>
              <w:br/>
              <w:t>Authorized signer:</w:t>
            </w:r>
          </w:p>
        </w:tc>
      </w:tr>
    </w:tbl>
    <w:p/>
    <w:p>
      <w:pPr>
        <w:pStyle w:val="Heading1"/>
      </w:pPr>
      <w:r>
        <w:t>2 Services and commercial terms</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Term</w:t>
            </w:r>
          </w:p>
        </w:tc>
        <w:tc>
          <w:tcPr>
            <w:tcW w:type="dxa" w:w="5112"/>
            <w:shd w:fill="E8EEF3"/>
            <w:tcBorders>
              <w:top w:val="single" w:sz="4" w:color="D9D9D9"/>
              <w:left w:val="single" w:sz="4" w:color="D9D9D9"/>
              <w:bottom w:val="single" w:sz="4" w:color="D9D9D9"/>
              <w:right w:val="single" w:sz="4" w:color="D9D9D9"/>
            </w:tcBorders>
          </w:tcPr>
          <w:p>
            <w:r>
              <w:rPr>
                <w:b/>
              </w:rPr>
              <w:t>Agreed entry</w:t>
            </w:r>
          </w:p>
        </w:tc>
      </w:tr>
      <w:tr>
        <w:tc>
          <w:tcPr>
            <w:tcW w:type="dxa" w:w="5112"/>
            <w:tcBorders>
              <w:top w:val="single" w:sz="4" w:color="D9D9D9"/>
              <w:left w:val="single" w:sz="4" w:color="D9D9D9"/>
              <w:bottom w:val="single" w:sz="4" w:color="D9D9D9"/>
              <w:right w:val="single" w:sz="4" w:color="D9D9D9"/>
            </w:tcBorders>
          </w:tcPr>
          <w:p>
            <w:r>
              <w:t>Services and deliverables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Start date and schedule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Fees, deposit, and invoice schedule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Approved expenses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Client inputs and access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Acceptance standard and review period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Data or systems involved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End date or completion event</w:t>
            </w:r>
          </w:p>
        </w:tc>
        <w:tc>
          <w:tcPr>
            <w:tcW w:type="dxa" w:w="5112"/>
            <w:tcBorders>
              <w:top w:val="single" w:sz="4" w:color="D9D9D9"/>
              <w:left w:val="single" w:sz="4" w:color="D9D9D9"/>
              <w:bottom w:val="single" w:sz="4" w:color="D9D9D9"/>
              <w:right w:val="single" w:sz="4" w:color="D9D9D9"/>
            </w:tcBorders>
          </w:tcPr>
          <w:p>
            <w:r/>
          </w:p>
        </w:tc>
      </w:tr>
    </w:tbl>
    <w:p/>
    <w:p>
      <w:pPr>
        <w:pStyle w:val="Heading1"/>
      </w:pPr>
      <w:r>
        <w:t>3 Work and changes</w:t>
      </w:r>
    </w:p>
    <w:p>
      <w:r>
        <w:t>EDM Overhaulers will perform the stated services and provide the listed deliverables. The Client will provide the decisions, access, materials, and feedback listed above on the agreed schedule.</w:t>
      </w:r>
    </w:p>
    <w:p>
      <w:r>
        <w:t>A change to scope, schedule, fees, deliverables, data access, or acceptance must be recorded in a change order signed by both parties before the changed work begins.</w:t>
      </w:r>
    </w:p>
    <w:p>
      <w:pPr>
        <w:pStyle w:val="Heading1"/>
      </w:pPr>
      <w:r>
        <w:t>4 Fees and payment</w:t>
      </w:r>
    </w:p>
    <w:p>
      <w:r>
        <w:t>EDM Overhaulers invoices according to the schedule above. The Client pays approved invoices by the stated due date and reimburses only expenses approved in writing. A disputed invoice must be identified promptly with the specific amount and reason so the parties can resolve it.</w:t>
      </w:r>
    </w:p>
    <w:p>
      <w:pPr>
        <w:pStyle w:val="Heading1"/>
      </w:pPr>
      <w:r>
        <w:t>5 Confidential information and data</w:t>
      </w:r>
    </w:p>
    <w:p>
      <w:r>
        <w:t>Each party will protect the other party's nonpublic business information, use it only for this engagement, and share it only with people who need it for the work. Each party will return or delete the other party's information at closeout when requested, subject to required records retention.</w:t>
      </w:r>
    </w:p>
    <w:p>
      <w:r>
        <w:t>The statement of work identifies any personal, regulated, credential, financial, personnel, or customer data before access begins and states the required security and return procedures.</w:t>
      </w:r>
    </w:p>
    <w:p>
      <w:pPr>
        <w:pStyle w:val="Heading1"/>
      </w:pPr>
      <w:r>
        <w:t>6 Materials and work product</w:t>
      </w:r>
    </w:p>
    <w:p>
      <w:r>
        <w:t>Each party keeps ownership of material it owned before the engagement. The Client grants EDM Overhaulers permission to use Client material for the work. After full payment, the Client owns the final deliverables created specifically for the Client. EDM Overhaulers keeps its pre-existing methods, templates, tools, and general know-how and grants the Client a continuing license to use any of them embedded in the paid deliverables.</w:t>
      </w:r>
    </w:p>
    <w:p>
      <w:pPr>
        <w:pStyle w:val="Heading1"/>
      </w:pPr>
      <w:r>
        <w:t>7 Termination and closeout</w:t>
      </w:r>
    </w:p>
    <w:p>
      <w:r>
        <w:t>Either party may end the engagement on ten days' written notice. Either party may end it immediately for a material breach that is not promptly corrected. The Client pays for accepted work and approved expenses through the end date. EDM Overhaulers returns Client property and provides completed work and records included in the paid scope.</w:t>
      </w:r>
    </w:p>
    <w:p>
      <w:pPr>
        <w:pStyle w:val="Heading1"/>
      </w:pPr>
      <w:r>
        <w:t>8 Responsibility and complete agreement</w:t>
      </w:r>
    </w:p>
    <w:p>
      <w:r>
        <w:t>Each party is responsible for its own people, systems, decisions, and legal obligations. [Counsel to tailor any liability limits, exclusions and required exceptions to the services and jurisdiction.]</w:t>
      </w:r>
    </w:p>
    <w:p>
      <w:r>
        <w:t>This agreement, its signed statement of work, and signed change orders are the complete agreement for the services. [Insert reviewed governing law and venue.] Electronic signatures and counterparts may be used.</w:t>
      </w:r>
    </w:p>
    <w:p>
      <w:pPr>
        <w:pStyle w:val="Heading1"/>
      </w:pPr>
      <w:r>
        <w:t>Signatures</w:t>
      </w:r>
    </w:p>
    <w:p>
      <w:pPr>
        <w:keepNext/>
      </w:pPr>
      <w:r>
        <w:t>Signature: ____________________________________    Date: __________________</w:t>
      </w:r>
    </w:p>
    <w:p>
      <w:r>
        <w:t>[Authorized manager]</w:t>
        <w:br/>
        <w:t>Manager, EDM Overhaulers</w:t>
      </w:r>
    </w:p>
    <w:p>
      <w:pPr>
        <w:keepNext/>
      </w:pPr>
      <w:r>
        <w:t>Signature: ____________________________________    Date: __________________</w:t>
      </w:r>
    </w:p>
    <w:p>
      <w:r>
        <w:t>Client authorized signer</w:t>
        <w:br/>
        <w:t>Name and title</w:t>
      </w:r>
    </w:p>
    <w:p>
      <w:pPr>
        <w:keepLines/>
      </w:pPr>
      <w:r>
        <w:rPr>
          <w:sz w:val="16"/>
        </w:rPr>
        <w:t>Source: CSG_Client_Services_Agreement.docx.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EDM Overhaulers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Services Agreement</dc:title>
  <dc:subject/>
  <dc:creator>EDM Overhaulers</dc:creator>
  <cp:keywords/>
  <dc:description/>
  <cp:lastModifiedBy/>
  <cp:revision>1</cp:revision>
  <dcterms:created xsi:type="dcterms:W3CDTF">2013-12-23T23:15:00Z</dcterms:created>
  <dcterms:modified xsi:type="dcterms:W3CDTF">2013-12-23T23:15:00Z</dcterms:modified>
  <cp:category/>
</cp:coreProperties>
</file>