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Equipment Custody and Return Agreement</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Equipment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Recipient legal name and relationship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the Company asset ID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Manufacturer/model</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Serial number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Accessories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Condition at issue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Issue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use/project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Return date or trigger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Original purchase/source record</w:t>
            </w:r>
          </w:p>
        </w:tc>
        <w:tc>
          <w:tcPr>
            <w:tcW w:type="dxa" w:w="5112"/>
            <w:tcBorders>
              <w:top w:val="single" w:sz="4" w:color="D9D9D9"/>
              <w:left w:val="single" w:sz="4" w:color="D9D9D9"/>
              <w:bottom w:val="single" w:sz="4" w:color="D9D9D9"/>
              <w:right w:val="single" w:sz="4" w:color="D9D9D9"/>
            </w:tcBorders>
          </w:tcPr>
          <w:p>
            <w:r/>
          </w:p>
        </w:tc>
      </w:tr>
    </w:tbl>
    <w:p/>
    <w:p>
      <w:pPr>
        <w:pStyle w:val="Heading1"/>
        <w:pageBreakBefore/>
      </w:pPr>
      <w:r>
        <w:t>Recipient agreement</w:t>
      </w:r>
    </w:p>
    <w:p>
      <w:r>
        <w:t>I accept the equipment in the recorded condition and will use it for the approved work.</w:t>
      </w:r>
    </w:p>
    <w:p>
      <w:r>
        <w:t>I will protect it from loss, damage, theft, unauthorized use, and unauthorized data transfer.</w:t>
      </w:r>
    </w:p>
    <w:p>
      <w:r>
        <w:t>I will follow the Company security, safety, maintenance, and record-handling requirements and report an incident immediately.</w:t>
      </w:r>
    </w:p>
    <w:p>
      <w:r>
        <w:t>I will return the equipment, accessories, and Company records on the stated date or when the Company requests return.</w:t>
      </w:r>
    </w:p>
    <w:p>
      <w:pPr>
        <w:pStyle w:val="Heading1"/>
        <w:keepNext/>
      </w:pPr>
      <w:r>
        <w:t>Signatures</w:t>
      </w:r>
    </w:p>
    <w:p>
      <w:pPr>
        <w:keepNext/>
      </w:pPr>
      <w:r>
        <w:t>Signature: ____________________________________    Date: __________________</w:t>
      </w:r>
    </w:p>
    <w:p>
      <w:pPr>
        <w:keepNext/>
      </w:pPr>
      <w:r>
        <w:t>Recipient</w:t>
        <w:br/>
        <w:t>Name and relationship</w:t>
      </w:r>
    </w:p>
    <w:p>
      <w:pPr>
        <w:keepNext/>
      </w:pPr>
      <w:r>
        <w:t>Signature: ____________________________________    Date: __________________</w:t>
      </w:r>
    </w:p>
    <w:p>
      <w:pPr>
        <w:keepNext/>
      </w:pPr>
      <w:r>
        <w:t>[Authorized manager]</w:t>
        <w:br/>
        <w:t>Manager</w:t>
      </w:r>
    </w:p>
    <w:p>
      <w:pPr>
        <w:keepLines/>
      </w:pPr>
      <w:r>
        <w:rPr>
          <w:sz w:val="16"/>
        </w:rPr>
        <w:t>Source: CSG_Equipment_Custody_and_Return_Agreement.docx.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Custody and Return Agreement</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