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308532"/>
            <wp:docPr id="1" name="Picture 1"/>
            <wp:cNvGraphicFramePr>
              <a:graphicFrameLocks noChangeAspect="1"/>
            </wp:cNvGraphicFramePr>
            <a:graphic>
              <a:graphicData uri="http://schemas.openxmlformats.org/drawingml/2006/picture">
                <pic:pic>
                  <pic:nvPicPr>
                    <pic:cNvPr id="0" name="Systematic Business Operations logo.png"/>
                    <pic:cNvPicPr/>
                  </pic:nvPicPr>
                  <pic:blipFill>
                    <a:blip r:embed="rId10"/>
                    <a:srcRect l="2000" r="2000" t="29000" b="26000"/>
                    <a:stretch>
                      <a:fillRect/>
                    </a:stretch>
                  </pic:blipFill>
                  <pic:spPr>
                    <a:xfrm>
                      <a:off x="0" y="0"/>
                      <a:ext cx="1645920" cy="308532"/>
                    </a:xfrm>
                    <a:prstGeom prst="rect"/>
                  </pic:spPr>
                </pic:pic>
              </a:graphicData>
            </a:graphic>
          </wp:inline>
        </w:drawing>
      </w:r>
    </w:p>
    <w:p>
      <w:pPr>
        <w:pStyle w:val="Title"/>
        <w:spacing w:after="200"/>
      </w:pPr>
      <w:r>
        <w:t>Independent Contractor Services Agreement</w:t>
      </w:r>
    </w:p>
    <w:p>
      <w:pPr>
        <w:pStyle w:val="Subtitle"/>
      </w:pPr>
      <w:r>
        <w:t>Systematic Business Operations</w:t>
      </w:r>
    </w:p>
    <w:p>
      <w:r>
        <w:t>Editable adaptation draft • September 15, 2026 • Not adopted or executed</w:t>
      </w:r>
    </w:p>
    <w:p>
      <w:r>
        <w:t>Systematic Business Operations helps clients organize records, onboard bookkeeping work and follow through on an agreed service scope. Keep each client’s records and account permissions separate, with documented exceptions and a clear period closeout.</w:t>
      </w:r>
    </w:p>
    <w:p>
      <w:r>
        <w:t>In this draft, “Company” means Systematic Business Operations.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Parties</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Company</w:t>
            </w:r>
          </w:p>
        </w:tc>
        <w:tc>
          <w:tcPr>
            <w:tcW w:type="dxa" w:w="5112"/>
            <w:shd w:fill="E8EEF3"/>
            <w:tcBorders>
              <w:top w:val="single" w:sz="4" w:color="D9D9D9"/>
              <w:left w:val="single" w:sz="4" w:color="D9D9D9"/>
              <w:bottom w:val="single" w:sz="4" w:color="D9D9D9"/>
              <w:right w:val="single" w:sz="4" w:color="D9D9D9"/>
            </w:tcBorders>
          </w:tcPr>
          <w:p>
            <w:r>
              <w:rPr>
                <w:b/>
              </w:rPr>
              <w:t>Contractor</w:t>
            </w:r>
          </w:p>
        </w:tc>
      </w:tr>
      <w:tr>
        <w:tc>
          <w:tcPr>
            <w:tcW w:type="dxa" w:w="5112"/>
            <w:tcBorders>
              <w:top w:val="single" w:sz="4" w:color="D9D9D9"/>
              <w:left w:val="single" w:sz="4" w:color="D9D9D9"/>
              <w:bottom w:val="single" w:sz="4" w:color="D9D9D9"/>
              <w:right w:val="single" w:sz="4" w:color="D9D9D9"/>
            </w:tcBorders>
          </w:tcPr>
          <w:p>
            <w:r>
              <w:t>Systematic Business Operations</w:t>
              <w:br/>
              <w:t>[Business address]</w:t>
            </w:r>
          </w:p>
        </w:tc>
        <w:tc>
          <w:tcPr>
            <w:tcW w:type="dxa" w:w="5112"/>
            <w:tcBorders>
              <w:top w:val="single" w:sz="4" w:color="D9D9D9"/>
              <w:left w:val="single" w:sz="4" w:color="D9D9D9"/>
              <w:bottom w:val="single" w:sz="4" w:color="D9D9D9"/>
              <w:right w:val="single" w:sz="4" w:color="D9D9D9"/>
            </w:tcBorders>
          </w:tcPr>
          <w:p>
            <w:r>
              <w:t>Legal name:</w:t>
              <w:br/>
              <w:t>Entity type/state:</w:t>
              <w:br/>
              <w:t>Address:</w:t>
              <w:br/>
              <w:t>Tax ID on Form W-9:</w:t>
            </w:r>
          </w:p>
        </w:tc>
      </w:tr>
    </w:tbl>
    <w:p/>
    <w:p>
      <w:pPr>
        <w:pStyle w:val="Heading1"/>
      </w:pPr>
      <w:r>
        <w:t>2 Statement of work</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Term</w:t>
            </w:r>
          </w:p>
        </w:tc>
        <w:tc>
          <w:tcPr>
            <w:tcW w:type="dxa" w:w="5112"/>
            <w:shd w:fill="E8EEF3"/>
            <w:tcBorders>
              <w:top w:val="single" w:sz="4" w:color="D9D9D9"/>
              <w:left w:val="single" w:sz="4" w:color="D9D9D9"/>
              <w:bottom w:val="single" w:sz="4" w:color="D9D9D9"/>
              <w:right w:val="single" w:sz="4" w:color="D9D9D9"/>
            </w:tcBorders>
          </w:tcPr>
          <w:p>
            <w:r>
              <w:rPr>
                <w:b/>
              </w:rPr>
              <w:t>Agreed entry</w:t>
            </w:r>
          </w:p>
        </w:tc>
      </w:tr>
      <w:tr>
        <w:tc>
          <w:tcPr>
            <w:tcW w:type="dxa" w:w="5112"/>
            <w:tcBorders>
              <w:top w:val="single" w:sz="4" w:color="D9D9D9"/>
              <w:left w:val="single" w:sz="4" w:color="D9D9D9"/>
              <w:bottom w:val="single" w:sz="4" w:color="D9D9D9"/>
              <w:right w:val="single" w:sz="4" w:color="D9D9D9"/>
            </w:tcBorders>
          </w:tcPr>
          <w:p>
            <w:r>
              <w:t>Services and deliverables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Start/end or milestones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Fees and invoice schedule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Approved expenses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Acceptance standard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Required license/insurance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Systems, data, property, or location access</w:t>
            </w:r>
          </w:p>
        </w:tc>
        <w:tc>
          <w:tcPr>
            <w:tcW w:type="dxa" w:w="5112"/>
            <w:tcBorders>
              <w:top w:val="single" w:sz="4" w:color="D9D9D9"/>
              <w:left w:val="single" w:sz="4" w:color="D9D9D9"/>
              <w:bottom w:val="single" w:sz="4" w:color="D9D9D9"/>
              <w:right w:val="single" w:sz="4" w:color="D9D9D9"/>
            </w:tcBorders>
          </w:tcPr>
          <w:p>
            <w:r/>
          </w:p>
        </w:tc>
      </w:tr>
    </w:tbl>
    <w:p/>
    <w:p>
      <w:pPr>
        <w:pStyle w:val="Heading1"/>
      </w:pPr>
      <w:r>
        <w:t>3 Performance</w:t>
      </w:r>
    </w:p>
    <w:p>
      <w:r>
        <w:t>Contractor will deliver the agreed result on the schedule in the statement of work, use qualified personnel, comply with applicable law and site requirements, and keep the licenses and insurance stated above in effect. Contractor controls the manner and means of performing the services, subject to the agreed result, schedule, safety, confidentiality, data, and property requirements.</w:t>
      </w:r>
    </w:p>
    <w:p>
      <w:pPr>
        <w:pStyle w:val="Heading1"/>
      </w:pPr>
      <w:r>
        <w:t>4 Fees invoices and taxes</w:t>
      </w:r>
    </w:p>
    <w:p>
      <w:r>
        <w:t>Contractor invoices with the service period, deliverable or milestone, hours or units when applicable, approved expenses, and supporting records. Systematic Business Operations pays accepted invoices under the schedule above. Contractor is responsible for its business expenses, taxes, payroll, insurance, and personnel.</w:t>
      </w:r>
    </w:p>
    <w:p>
      <w:pPr>
        <w:pStyle w:val="Heading1"/>
      </w:pPr>
      <w:r>
        <w:t>5 Confidentiality data and property</w:t>
      </w:r>
    </w:p>
    <w:p>
      <w:r>
        <w:t>Contractor will sign and follow the Systematic Business Operations Confidentiality and Data Access Agreement and any custody or access authorization issued for the work. Contractor will return Systematic Business Operations records, devices, keys, and property at closeout.</w:t>
      </w:r>
    </w:p>
    <w:p>
      <w:pPr>
        <w:pStyle w:val="Heading1"/>
      </w:pPr>
      <w:r>
        <w:t>6 Work product</w:t>
      </w:r>
    </w:p>
    <w:p>
      <w:r>
        <w:t>Upon payment, Systematic Business Operations owns deliverables created specifically for Systematic Business Operations under the statement of work. Contractor retains pre-existing tools and materials identified before use and grants Systematic Business Operations a perpetual license to use any retained material embedded in the paid deliverable.</w:t>
      </w:r>
    </w:p>
    <w:p>
      <w:pPr>
        <w:pStyle w:val="Heading1"/>
      </w:pPr>
      <w:r>
        <w:t>7 Changes and termination</w:t>
      </w:r>
    </w:p>
    <w:p>
      <w:r>
        <w:t>A change to scope, price, deliverables, schedule, or access must be signed by both parties. Either party may end the agreement on ten days' written notice. Either party may end immediately for a material breach that is not promptly corrected. Systematic Business Operations pays for accepted work completed through the end date; Contractor returns Systematic Business Operations property and provides the completed work and records.</w:t>
      </w:r>
    </w:p>
    <w:p>
      <w:pPr>
        <w:pStyle w:val="Heading1"/>
      </w:pPr>
      <w:r>
        <w:t>8 Complete agreement</w:t>
      </w:r>
    </w:p>
    <w:p>
      <w:r>
        <w:t>This agreement and its signed statement of work are the complete agreement for the services. [Insert reviewed governing law and venue.] Electronic signatures and counterparts may be used.</w:t>
      </w:r>
    </w:p>
    <w:p>
      <w:pPr>
        <w:pStyle w:val="Heading1"/>
      </w:pPr>
      <w:r>
        <w:t>Signatures</w:t>
      </w:r>
    </w:p>
    <w:p>
      <w:pPr>
        <w:keepNext/>
      </w:pPr>
      <w:r>
        <w:t>Signature: ____________________________________    Date: __________________</w:t>
      </w:r>
    </w:p>
    <w:p>
      <w:r>
        <w:t>[Authorized manager]</w:t>
        <w:br/>
        <w:t>Manager, Systematic Business Operations</w:t>
      </w:r>
    </w:p>
    <w:p>
      <w:pPr>
        <w:keepNext/>
      </w:pPr>
      <w:r>
        <w:t>Signature: ____________________________________    Date: __________________</w:t>
      </w:r>
    </w:p>
    <w:p>
      <w:r>
        <w:t>Contractor authorized signer</w:t>
        <w:br/>
        <w:t>Name and title</w:t>
      </w:r>
    </w:p>
    <w:p>
      <w:pPr>
        <w:keepLines/>
      </w:pPr>
      <w:r>
        <w:rPr>
          <w:sz w:val="16"/>
        </w:rPr>
        <w:t>Source: CSG_Independent_Contractor_Services_Agreement.docx.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Systematic Business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Services Agreement</dc:title>
  <dc:subject/>
  <dc:creator>Systematic Business Operations</dc:creator>
  <cp:keywords/>
  <dc:description/>
  <cp:lastModifiedBy/>
  <cp:revision>1</cp:revision>
  <dcterms:created xsi:type="dcterms:W3CDTF">2013-12-23T23:15:00Z</dcterms:created>
  <dcterms:modified xsi:type="dcterms:W3CDTF">2013-12-23T23:15:00Z</dcterms:modified>
  <cp:category/>
</cp:coreProperties>
</file>